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Dziennik praktyk - MVP (HTML, PHP, MariaDB, Bootstrap)</w:t>
      </w:r>
    </w:p>
    <w:p>
      <w:r>
        <w:t>Poniżej znajdują się pliki źródłowe MVP. Skopiuj treść plików do odpowiednich plików na serwerze z PHP + MariaDB.</w:t>
      </w:r>
    </w:p>
    <w:p>
      <w:pPr>
        <w:pStyle w:val="Heading2"/>
      </w:pPr>
      <w:r>
        <w:t>README.md</w:t>
      </w:r>
    </w:p>
    <w:p>
      <w:r>
        <w:rPr>
          <w:rFonts w:ascii="Courier New" w:hAnsi="Courier New"/>
          <w:sz w:val="18"/>
        </w:rPr>
        <w:t># Dziennik praktyk - MVP (HTML, PHP, MariaDB, Bootstrap)</w:t>
        <w:br/>
        <w:br/>
        <w:t>Krótki MVP prostego dziennika praktyk. Zawiera pliki źródłowe gotowe do wgrania na serwer lokalny z PHP i MariaDB.</w:t>
        <w:br/>
        <w:br/>
        <w:t>Pliki zawarte:</w:t>
        <w:br/>
        <w:t>- index.php - formularz dodawania/aktualizacji wpisów oraz lista wpisów</w:t>
        <w:br/>
        <w:t>- print.php - widok do druku dla wybranego dnia</w:t>
        <w:br/>
        <w:t>- config.php - konfiguracja połączenia z bazą danych</w:t>
        <w:br/>
        <w:t>- db.sql - skrypt do utworzenia bazy danych i tabeli</w:t>
        <w:br/>
        <w:t>- assets/ - katalog na dodatkowe pliki (opcjonalnie)</w:t>
        <w:br/>
      </w:r>
    </w:p>
    <w:p>
      <w:pPr>
        <w:pStyle w:val="Heading2"/>
      </w:pPr>
      <w:r>
        <w:t>db.sql</w:t>
      </w:r>
    </w:p>
    <w:p>
      <w:r>
        <w:rPr>
          <w:rFonts w:ascii="Courier New" w:hAnsi="Courier New"/>
          <w:sz w:val="18"/>
        </w:rPr>
        <w:t>-- Utwórz bazę i tabelę dla dziennika praktyk</w:t>
        <w:br/>
        <w:t>CREATE DATABASE IF NOT EXISTS dziennik_praktyk CHARACTER SET utf8mb4 COLLATE utf8mb4_general_ci;</w:t>
        <w:br/>
        <w:t>USE dziennik_praktyk;</w:t>
        <w:br/>
        <w:br/>
        <w:t>CREATE TABLE IF NOT EXISTS entries (</w:t>
        <w:br/>
        <w:t xml:space="preserve">    id INT AUTO_INCREMENT PRIMARY KEY,</w:t>
        <w:br/>
        <w:t xml:space="preserve">    entry_date DATE NOT NULL UNIQUE,</w:t>
        <w:br/>
        <w:t xml:space="preserve">    start_time TIME DEFAULT NULL,</w:t>
        <w:br/>
        <w:t xml:space="preserve">    end_time TIME DEFAULT NULL,</w:t>
        <w:br/>
        <w:t xml:space="preserve">    activities TEXT,</w:t>
        <w:br/>
        <w:t xml:space="preserve">    supervisor VARCHAR(255),</w:t>
        <w:br/>
        <w:t xml:space="preserve">    created_at TIMESTAMP DEFAULT CURRENT_TIMESTAMP</w:t>
        <w:br/>
        <w:t>) ENGINE=InnoDB DEFAULT CHARSET=utf8mb4;</w:t>
        <w:br/>
      </w:r>
    </w:p>
    <w:p>
      <w:pPr>
        <w:pStyle w:val="Heading2"/>
      </w:pPr>
      <w:r>
        <w:t>config.php</w:t>
      </w:r>
    </w:p>
    <w:p>
      <w:r>
        <w:rPr>
          <w:rFonts w:ascii="Courier New" w:hAnsi="Courier New"/>
          <w:sz w:val="18"/>
        </w:rPr>
        <w:t>&lt;?php</w:t>
        <w:br/>
        <w:t>// Konfiguracja połączenia - edytuj przed uruchomieniem</w:t>
        <w:br/>
        <w:t>$db_host = '127.0.0.1';</w:t>
        <w:br/>
        <w:t>$db_user = 'root';</w:t>
        <w:br/>
        <w:t>$db_pass = '';</w:t>
        <w:br/>
        <w:t>$db_name = 'dziennik_praktyk';</w:t>
        <w:br/>
        <w:br/>
        <w:t>try {</w:t>
        <w:br/>
        <w:t xml:space="preserve">    $pdo = new PDO("mysql:host=$db_host;dbname=$db_name;charset=utf8mb4", $db_user, $db_pass, [</w:t>
        <w:br/>
        <w:t xml:space="preserve">        PDO::ATTR_ERRMODE =&gt; PDO::ERRMODE_EXCEPTION,</w:t>
        <w:br/>
        <w:t xml:space="preserve">        PDO::ATTR_DEFAULT_FETCH_MODE =&gt; PDO::FETCH_ASSOC,</w:t>
        <w:br/>
        <w:t xml:space="preserve">    ]);</w:t>
        <w:br/>
        <w:t>} catch (Exception $e) {</w:t>
        <w:br/>
        <w:t xml:space="preserve">    die('Błąd połączenia z bazą: ' . htmlspecialchars($e-&gt;getMessage()));</w:t>
        <w:br/>
        <w:t>}</w:t>
        <w:br/>
        <w:t>?&gt;</w:t>
      </w:r>
    </w:p>
    <w:p>
      <w:pPr>
        <w:pStyle w:val="Heading2"/>
      </w:pPr>
      <w:r>
        <w:t>index.php</w:t>
      </w:r>
    </w:p>
    <w:p>
      <w:r>
        <w:rPr>
          <w:rFonts w:ascii="Courier New" w:hAnsi="Courier New"/>
          <w:sz w:val="18"/>
        </w:rPr>
        <w:t>&lt;?php</w:t>
        <w:br/>
        <w:t>require 'config.php';</w:t>
        <w:br/>
        <w:br/>
        <w:t>// Obsługa zapisu (dodaj lub aktualizuj wpis dla danej daty)</w:t>
        <w:br/>
        <w:t>if ($_SERVER['REQUEST_METHOD'] === 'POST') {</w:t>
        <w:br/>
        <w:t xml:space="preserve">    $date = $_POST['entry_date'] ?? '';</w:t>
        <w:br/>
        <w:t xml:space="preserve">    $start = $_POST['start_time'] ?? null;</w:t>
        <w:br/>
        <w:t xml:space="preserve">    $end = $_POST['end_time'] ?? null;</w:t>
        <w:br/>
        <w:t xml:space="preserve">    $activities = $_POST['activities'] ?? '';</w:t>
        <w:br/>
        <w:t xml:space="preserve">    $supervisor = $_POST['supervisor'] ?? '';</w:t>
        <w:br/>
        <w:br/>
        <w:t xml:space="preserve">    if ($date) {</w:t>
        <w:br/>
        <w:t xml:space="preserve">        // Upsert: jeśli istnieje wpis dla tej daty - aktualizuj, inaczej wstaw</w:t>
        <w:br/>
        <w:t xml:space="preserve">        $stmt = $pdo-&gt;prepare('SELECT id FROM entries WHERE entry_date = ?');</w:t>
        <w:br/>
        <w:t xml:space="preserve">        $stmt-&gt;execute([$date]);</w:t>
        <w:br/>
        <w:t xml:space="preserve">        $exists = $stmt-&gt;fetch();</w:t>
        <w:br/>
        <w:br/>
        <w:t xml:space="preserve">        if ($exists) {</w:t>
        <w:br/>
        <w:t xml:space="preserve">            $stmt = $pdo-&gt;prepare('UPDATE entries SET start_time = ?, end_time = ?, activities = ?, supervisor = ? WHERE entry_date = ?');</w:t>
        <w:br/>
        <w:t xml:space="preserve">            $stmt-&gt;execute([$start, $end, $activities, $supervisor, $date]);</w:t>
        <w:br/>
        <w:t xml:space="preserve">        } else {</w:t>
        <w:br/>
        <w:t xml:space="preserve">            $stmt = $pdo-&gt;prepare('INSERT INTO entries (entry_date, start_time, end_time, activities, supervisor) VALUES (?, ?, ?, ?, ?)');</w:t>
        <w:br/>
        <w:t xml:space="preserve">            $stmt-&gt;execute([$date, $start, $end, $activities, $supervisor]);</w:t>
        <w:br/>
        <w:t xml:space="preserve">        }</w:t>
        <w:br/>
        <w:t xml:space="preserve">    }</w:t>
        <w:br/>
        <w:t xml:space="preserve">    header('Location: index.php');</w:t>
        <w:br/>
        <w:t xml:space="preserve">    exit;</w:t>
        <w:br/>
        <w:t>}</w:t>
        <w:br/>
        <w:br/>
        <w:t>// Pobierz listę wpisów (ostatnie 100)</w:t>
        <w:br/>
        <w:t>$entries = $pdo-&gt;query('SELECT * FROM entries ORDER BY entry_date DESC LIMIT 100')-&gt;fetchAll();</w:t>
        <w:br/>
        <w:t>?&gt;</w:t>
        <w:br/>
        <w:t>&lt;!doctype html&gt;</w:t>
        <w:br/>
        <w:t>&lt;html lang="pl"&gt;</w:t>
        <w:br/>
        <w:t>&lt;head&gt;</w:t>
        <w:br/>
        <w:t xml:space="preserve">  &lt;meta charset="utf-8"&gt;</w:t>
        <w:br/>
        <w:t xml:space="preserve">  &lt;meta name="viewport" content="width=device-width, initial-scale=1"&gt;</w:t>
        <w:br/>
        <w:t xml:space="preserve">  &lt;title&gt;Dziennik praktyk - MVP&lt;/title&gt;</w:t>
        <w:br/>
        <w:t xml:space="preserve">  &lt;link href="https://cdn.jsdelivr.net/npm/bootstrap@5.3.0/dist/css/bootstrap.min.css" rel="stylesheet"&gt;</w:t>
        <w:br/>
        <w:t>&lt;/head&gt;</w:t>
        <w:br/>
        <w:t>&lt;body class="bg-light"&gt;</w:t>
        <w:br/>
        <w:t>&lt;div class="container py-4"&gt;</w:t>
        <w:br/>
        <w:t xml:space="preserve">  &lt;div class="d-flex justify-content-between align-items-center mb-3"&gt;</w:t>
        <w:br/>
        <w:t xml:space="preserve">    &lt;h1 class="h3"&gt;Dziennik praktyk&lt;/h1&gt;</w:t>
        <w:br/>
        <w:t xml:space="preserve">    &lt;small class="text-muted"&gt;MVP - Bootstrap, PHP, MariaDB&lt;/small&gt;</w:t>
        <w:br/>
        <w:t xml:space="preserve">  &lt;/div&gt;</w:t>
        <w:br/>
        <w:br/>
        <w:t xml:space="preserve">  &lt;div class="card mb-4"&gt;</w:t>
        <w:br/>
        <w:t xml:space="preserve">    &lt;div class="card-body"&gt;</w:t>
        <w:br/>
        <w:t xml:space="preserve">      &lt;form method="post" class="row g-3"&gt;</w:t>
        <w:br/>
        <w:t xml:space="preserve">        &lt;div class="col-md-3"&gt;</w:t>
        <w:br/>
        <w:t xml:space="preserve">          &lt;label class="form-label"&gt;Data&lt;/label&gt;</w:t>
        <w:br/>
        <w:t xml:space="preserve">          &lt;input type="date" name="entry_date" class="form-control" required&gt;</w:t>
        <w:br/>
        <w:t xml:space="preserve">        &lt;/div&gt;</w:t>
        <w:br/>
        <w:t xml:space="preserve">        &lt;div class="col-md-2"&gt;</w:t>
        <w:br/>
        <w:t xml:space="preserve">          &lt;label class="form-label"&gt;Godz. rozpoczęcia&lt;/label&gt;</w:t>
        <w:br/>
        <w:t xml:space="preserve">          &lt;input type="time" name="start_time" class="form-control"&gt;</w:t>
        <w:br/>
        <w:t xml:space="preserve">        &lt;/div&gt;</w:t>
        <w:br/>
        <w:t xml:space="preserve">        &lt;div class="col-md-2"&gt;</w:t>
        <w:br/>
        <w:t xml:space="preserve">          &lt;label class="form-label"&gt;Godz. zakończenia&lt;/label&gt;</w:t>
        <w:br/>
        <w:t xml:space="preserve">          &lt;input type="time" name="end_time" class="form-control"&gt;</w:t>
        <w:br/>
        <w:t xml:space="preserve">        &lt;/div&gt;</w:t>
        <w:br/>
        <w:t xml:space="preserve">        &lt;div class="col-md-5"&gt;</w:t>
        <w:br/>
        <w:t xml:space="preserve">          &lt;label class="form-label"&gt;Opiekun&lt;/label&gt;</w:t>
        <w:br/>
        <w:t xml:space="preserve">          &lt;input type="text" name="supervisor" class="form-control"&gt;</w:t>
        <w:br/>
        <w:t xml:space="preserve">        &lt;/div&gt;</w:t>
        <w:br/>
        <w:t xml:space="preserve">        &lt;div class="col-12"&gt;</w:t>
        <w:br/>
        <w:t xml:space="preserve">          &lt;label class="form-label"&gt;Czynności / uwagi&lt;/label&gt;</w:t>
        <w:br/>
        <w:t xml:space="preserve">          &lt;textarea name="activities" class="form-control" rows="4"&gt;&lt;/textarea&gt;</w:t>
        <w:br/>
        <w:t xml:space="preserve">        &lt;/div&gt;</w:t>
        <w:br/>
        <w:t xml:space="preserve">        &lt;div class="col-12 text-end"&gt;</w:t>
        <w:br/>
        <w:t xml:space="preserve">          &lt;button class="btn btn-primary"&gt;Zapisz&lt;/button&gt;</w:t>
        <w:br/>
        <w:t xml:space="preserve">        &lt;/div&gt;</w:t>
        <w:br/>
        <w:t xml:space="preserve">      &lt;/form&gt;</w:t>
        <w:br/>
        <w:t xml:space="preserve">    &lt;/div&gt;</w:t>
        <w:br/>
        <w:t xml:space="preserve">  &lt;/div&gt;</w:t>
        <w:br/>
        <w:br/>
        <w:t xml:space="preserve">  &lt;div class="card"&gt;</w:t>
        <w:br/>
        <w:t xml:space="preserve">    &lt;div class="card-body"&gt;</w:t>
        <w:br/>
        <w:t xml:space="preserve">      &lt;h5 class="card-title"&gt;Ostatnie wpisy&lt;/h5&gt;</w:t>
        <w:br/>
        <w:t xml:space="preserve">      &lt;div class="table-responsive"&gt;</w:t>
        <w:br/>
        <w:t xml:space="preserve">        &lt;table class="table table-sm"&gt;</w:t>
        <w:br/>
        <w:t xml:space="preserve">          &lt;thead&gt;</w:t>
        <w:br/>
        <w:t xml:space="preserve">            &lt;tr&gt;&lt;th&gt;Data&lt;/th&gt;&lt;th&gt;Godziny&lt;/th&gt;&lt;th&gt;Opiekun&lt;/th&gt;&lt;th&gt;Aktywności&lt;/th&gt;&lt;th&gt;&lt;/th&gt;&lt;/tr&gt;</w:t>
        <w:br/>
        <w:t xml:space="preserve">          &lt;/thead&gt;</w:t>
        <w:br/>
        <w:t xml:space="preserve">          &lt;tbody&gt;</w:t>
        <w:br/>
        <w:t xml:space="preserve">            &lt;?php foreach ($entries as $e): ?&gt;</w:t>
        <w:br/>
        <w:t xml:space="preserve">              &lt;tr&gt;</w:t>
        <w:br/>
        <w:t xml:space="preserve">                &lt;td&gt;&lt;?= htmlspecialchars($e['entry_date']) ?&gt;&lt;/td&gt;</w:t>
        <w:br/>
        <w:t xml:space="preserve">                &lt;td&gt;&lt;?= htmlspecialchars($e['start_time']) ?&gt; - &lt;?= htmlspecialchars($e['end_time']) ?&gt;&lt;/td&gt;</w:t>
        <w:br/>
        <w:t xml:space="preserve">                &lt;td&gt;&lt;?= htmlspecialchars($e['supervisor']) ?&gt;&lt;/td&gt;</w:t>
        <w:br/>
        <w:t xml:space="preserve">                &lt;td&gt;&lt;?= nl2br(htmlspecialchars($e['activities'])) ?&gt;&lt;/td&gt;</w:t>
        <w:br/>
        <w:t xml:space="preserve">                &lt;td&gt;&lt;a href="print.php?date=&lt;?= htmlspecialchars($e['entry_date']) ?&gt;" class="btn btn-sm btn-outline-secondary" target="_blank"&gt;Drukuj&lt;/a&gt;&lt;/td&gt;</w:t>
        <w:br/>
        <w:t xml:space="preserve">              &lt;/tr&gt;</w:t>
        <w:br/>
        <w:t xml:space="preserve">            &lt;?php endforeach; ?&gt;</w:t>
        <w:br/>
        <w:t xml:space="preserve">          &lt;/tbody&gt;</w:t>
        <w:br/>
        <w:t xml:space="preserve">        &lt;/table&gt;</w:t>
        <w:br/>
        <w:t xml:space="preserve">      &lt;/div&gt;</w:t>
        <w:br/>
        <w:t xml:space="preserve">    &lt;/div&gt;</w:t>
        <w:br/>
        <w:t xml:space="preserve">  &lt;/div&gt;</w:t>
        <w:br/>
        <w:t>&lt;/div&gt;</w:t>
        <w:br/>
        <w:t>&lt;/body&gt;</w:t>
        <w:br/>
        <w:t>&lt;/html&gt;</w:t>
        <w:br/>
      </w:r>
    </w:p>
    <w:p>
      <w:pPr>
        <w:pStyle w:val="Heading2"/>
      </w:pPr>
      <w:r>
        <w:t>print.php</w:t>
      </w:r>
    </w:p>
    <w:p>
      <w:r>
        <w:rPr>
          <w:rFonts w:ascii="Courier New" w:hAnsi="Courier New"/>
          <w:sz w:val="18"/>
        </w:rPr>
        <w:t>&lt;?php</w:t>
        <w:br/>
        <w:t>require 'config.php';</w:t>
        <w:br/>
        <w:t>$date = $_GET['date'] ?? null;</w:t>
        <w:br/>
        <w:t>if (!$date) die('Brak daty');</w:t>
        <w:br/>
        <w:br/>
        <w:t>$stmt = $pdo-&gt;prepare('SELECT * FROM entries WHERE entry_date = ?');</w:t>
        <w:br/>
        <w:t>$stmt-&gt;execute([$date]);</w:t>
        <w:br/>
        <w:t>$e = $stmt-&gt;fetch();</w:t>
        <w:br/>
        <w:t>if (!$e) die('Brak wpisu na tę datę');</w:t>
        <w:br/>
        <w:t>?&gt;</w:t>
        <w:br/>
        <w:t>&lt;!doctype html&gt;</w:t>
        <w:br/>
        <w:t>&lt;html lang="pl"&gt;</w:t>
        <w:br/>
        <w:t>&lt;head&gt;</w:t>
        <w:br/>
        <w:t xml:space="preserve">  &lt;meta charset="utf-8"&gt;</w:t>
        <w:br/>
        <w:t xml:space="preserve">  &lt;meta name="viewport" content="width=device-width, initial-scale=1"&gt;</w:t>
        <w:br/>
        <w:t xml:space="preserve">  &lt;title&gt;Wydruk - &lt;?= htmlspecialchars($e['entry_date']) ?&gt;&lt;/title&gt;</w:t>
        <w:br/>
        <w:t xml:space="preserve">  &lt;link href="https://cdn.jsdelivr.net/npm/bootstrap@5.3.0/dist/css/bootstrap.min.css" rel="stylesheet"&gt;</w:t>
        <w:br/>
        <w:t xml:space="preserve">  &lt;style&gt;@media print { .no-print{display:none;} }&lt;/style&gt;</w:t>
        <w:br/>
        <w:t>&lt;/head&gt;</w:t>
        <w:br/>
        <w:t>&lt;body class="p-4"&gt;</w:t>
        <w:br/>
        <w:t xml:space="preserve">  &lt;div class="container"&gt;</w:t>
        <w:br/>
        <w:t xml:space="preserve">    &lt;div class="d-flex justify-content-between"&gt;</w:t>
        <w:br/>
        <w:t xml:space="preserve">      &lt;h2&gt;Dziennik praktyk&lt;/h2&gt;</w:t>
        <w:br/>
        <w:t xml:space="preserve">      &lt;div class="no-print"&gt;&lt;button onclick="window.print()" class="btn btn-sm btn-primary"&gt;Drukuj&lt;/button&gt;&lt;/div&gt;</w:t>
        <w:br/>
        <w:t xml:space="preserve">    &lt;/div&gt;</w:t>
        <w:br/>
        <w:t xml:space="preserve">    &lt;hr&gt;</w:t>
        <w:br/>
        <w:t xml:space="preserve">    &lt;p&gt;&lt;strong&gt;Data:&lt;/strong&gt; &lt;?= htmlspecialchars($e['entry_date']) ?&gt;&lt;/p&gt;</w:t>
        <w:br/>
        <w:t xml:space="preserve">    &lt;p&gt;&lt;strong&gt;Godziny:&lt;/strong&gt; &lt;?= htmlspecialchars($e['start_time']) ?&gt; - &lt;?= htmlspecialchars($e['end_time']) ?&gt;&lt;/p&gt;</w:t>
        <w:br/>
        <w:t xml:space="preserve">    &lt;p&gt;&lt;strong&gt;Opiekun:&lt;/strong&gt; &lt;?= htmlspecialchars($e['supervisor']) ?&gt;&lt;/p&gt;</w:t>
        <w:br/>
        <w:t xml:space="preserve">    &lt;p&gt;&lt;strong&gt;Czynności / uwagi:&lt;/strong&gt;&lt;br&gt;&lt;?= nl2br(htmlspecialchars($e['activities'])) ?&gt;&lt;/p&gt;</w:t>
        <w:br/>
        <w:t xml:space="preserve">  &lt;/div&gt;</w:t>
        <w:br/>
        <w:t>&lt;/body&gt;</w:t>
        <w:br/>
        <w:t>&lt;/html&gt;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